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20589" w14:textId="77777777" w:rsidR="00C144B3" w:rsidRDefault="008E1AE1" w:rsidP="00170993">
      <w:pPr>
        <w:pStyle w:val="Title"/>
        <w:jc w:val="center"/>
      </w:pPr>
      <w:proofErr w:type="spellStart"/>
      <w:r>
        <w:t>Обява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работа</w:t>
      </w:r>
      <w:proofErr w:type="spellEnd"/>
    </w:p>
    <w:p w14:paraId="5EAB2EB6" w14:textId="6B0637DC" w:rsidR="00C144B3" w:rsidRDefault="008E1AE1" w:rsidP="00170993">
      <w:pPr>
        <w:pStyle w:val="Heading1"/>
        <w:jc w:val="center"/>
        <w:rPr>
          <w:lang w:val="bg-BG"/>
        </w:rPr>
      </w:pPr>
      <w:proofErr w:type="spellStart"/>
      <w:r>
        <w:t>Позиция</w:t>
      </w:r>
      <w:proofErr w:type="spellEnd"/>
      <w:r>
        <w:t xml:space="preserve">: </w:t>
      </w:r>
      <w:proofErr w:type="spellStart"/>
      <w:r>
        <w:t>Проектант</w:t>
      </w:r>
      <w:proofErr w:type="spellEnd"/>
      <w:r>
        <w:t xml:space="preserve"> </w:t>
      </w:r>
      <w:proofErr w:type="spellStart"/>
      <w:r>
        <w:t>уеб</w:t>
      </w:r>
      <w:proofErr w:type="spellEnd"/>
      <w:r>
        <w:t xml:space="preserve"> </w:t>
      </w:r>
      <w:proofErr w:type="spellStart"/>
      <w:r>
        <w:t>сайтове</w:t>
      </w:r>
      <w:proofErr w:type="spellEnd"/>
      <w:r w:rsidR="00170993">
        <w:rPr>
          <w:lang w:val="bg-BG"/>
        </w:rPr>
        <w:t xml:space="preserve">, Код по НКПД: </w:t>
      </w:r>
      <w:r w:rsidR="00170993" w:rsidRPr="00170993">
        <w:t>25136004</w:t>
      </w:r>
    </w:p>
    <w:p w14:paraId="698563F6" w14:textId="77777777" w:rsidR="00170993" w:rsidRPr="00170993" w:rsidRDefault="00170993" w:rsidP="00170993">
      <w:pPr>
        <w:rPr>
          <w:lang w:val="bg-BG"/>
        </w:rPr>
      </w:pPr>
    </w:p>
    <w:p w14:paraId="12B9C03E" w14:textId="77777777" w:rsidR="00170993" w:rsidRDefault="00170993" w:rsidP="00170993">
      <w:pPr>
        <w:jc w:val="center"/>
        <w:rPr>
          <w:b/>
          <w:bCs/>
          <w:lang w:val="bg-BG"/>
        </w:rPr>
      </w:pPr>
      <w:bookmarkStart w:id="0" w:name="_Hlk199853096"/>
      <w:bookmarkStart w:id="1" w:name="_Hlk199852813"/>
      <w:r w:rsidRPr="00170993">
        <w:rPr>
          <w:b/>
          <w:bCs/>
          <w:lang w:val="bg-BG"/>
        </w:rPr>
        <w:t xml:space="preserve">за попълване състава на екипа на проект BG16RFPR001-1.001-0148-C01 „Разработване на иновация от ПРОДИЗАЙН БЪЛГАРИЯ </w:t>
      </w:r>
      <w:r>
        <w:rPr>
          <w:b/>
          <w:bCs/>
          <w:lang w:val="bg-BG"/>
        </w:rPr>
        <w:t>Е</w:t>
      </w:r>
      <w:r w:rsidRPr="00170993">
        <w:rPr>
          <w:b/>
          <w:bCs/>
          <w:lang w:val="bg-BG"/>
        </w:rPr>
        <w:t>ООД</w:t>
      </w:r>
      <w:r>
        <w:rPr>
          <w:b/>
          <w:bCs/>
          <w:lang w:val="bg-BG"/>
        </w:rPr>
        <w:t>“</w:t>
      </w:r>
    </w:p>
    <w:p w14:paraId="682BE311" w14:textId="2CA6C5D7" w:rsidR="00C144B3" w:rsidRPr="00170993" w:rsidRDefault="00170993" w:rsidP="00170993">
      <w:pPr>
        <w:jc w:val="center"/>
        <w:rPr>
          <w:b/>
          <w:bCs/>
          <w:lang w:val="bg-BG"/>
        </w:rPr>
      </w:pPr>
      <w:r w:rsidRPr="00170993">
        <w:rPr>
          <w:bCs/>
          <w:lang w:val="bg-BG"/>
        </w:rPr>
        <w:t>по Програма "Конкурентоспособност и иновации в предприятията" 2021-2027</w:t>
      </w:r>
      <w:bookmarkEnd w:id="0"/>
    </w:p>
    <w:p w14:paraId="76B2F30A" w14:textId="77777777" w:rsidR="00C144B3" w:rsidRPr="00ED5155" w:rsidRDefault="008E1AE1">
      <w:pPr>
        <w:rPr>
          <w:lang w:val="bg-BG"/>
        </w:rPr>
      </w:pPr>
      <w:r w:rsidRPr="00ED5155">
        <w:rPr>
          <w:lang w:val="bg-BG"/>
        </w:rPr>
        <w:t>Описание:</w:t>
      </w:r>
    </w:p>
    <w:p w14:paraId="3449A4DF" w14:textId="1500A14D" w:rsidR="00C144B3" w:rsidRPr="00170993" w:rsidRDefault="00170993" w:rsidP="00170993">
      <w:pPr>
        <w:jc w:val="both"/>
        <w:rPr>
          <w:lang w:val="bg-BG"/>
        </w:rPr>
      </w:pPr>
      <w:r w:rsidRPr="00170993">
        <w:rPr>
          <w:lang w:val="bg-BG"/>
        </w:rPr>
        <w:t>Имаш усет към детайла и страст към структурирането на ефективни и интуитивни уеб платформи? Присъедини се към нашия екип! Търсим проектант на уеб сайтове, който да превръща идеи и бизнес изисквания в ясни, функционални и потребителски ориентирани уеб решения.</w:t>
      </w:r>
    </w:p>
    <w:p w14:paraId="0E1238EB" w14:textId="77777777" w:rsidR="00444F43" w:rsidRDefault="00444F43" w:rsidP="00444F43">
      <w:pPr>
        <w:jc w:val="both"/>
        <w:rPr>
          <w:b/>
          <w:bCs/>
          <w:color w:val="000000"/>
          <w:lang w:val="bg-BG"/>
        </w:rPr>
      </w:pPr>
      <w:bookmarkStart w:id="2" w:name="_Hlk199853166"/>
      <w:bookmarkEnd w:id="1"/>
      <w:r w:rsidRPr="00170993">
        <w:rPr>
          <w:b/>
          <w:bCs/>
          <w:color w:val="000000"/>
          <w:lang w:val="bg-BG"/>
        </w:rPr>
        <w:t>К</w:t>
      </w:r>
      <w:r>
        <w:rPr>
          <w:b/>
          <w:bCs/>
          <w:color w:val="000000"/>
          <w:lang w:val="bg-BG"/>
        </w:rPr>
        <w:t>ОНКРЕТНИ ЗАДЪЛЖЕНИЯ И ОТГОВОРНОСТИ:</w:t>
      </w:r>
    </w:p>
    <w:bookmarkEnd w:id="2"/>
    <w:p w14:paraId="1E7EB173" w14:textId="77777777" w:rsidR="00C144B3" w:rsidRPr="00170993" w:rsidRDefault="008E1AE1">
      <w:pPr>
        <w:rPr>
          <w:lang w:val="bg-BG"/>
        </w:rPr>
      </w:pPr>
      <w:r w:rsidRPr="00170993">
        <w:rPr>
          <w:lang w:val="bg-BG"/>
        </w:rPr>
        <w:t>- Създаване на технически задания и функционални спецификации;</w:t>
      </w:r>
    </w:p>
    <w:p w14:paraId="7D6A5833" w14:textId="77777777" w:rsidR="00C144B3" w:rsidRPr="00ED5155" w:rsidRDefault="008E1AE1">
      <w:pPr>
        <w:rPr>
          <w:lang w:val="bg-BG"/>
        </w:rPr>
      </w:pPr>
      <w:r w:rsidRPr="00ED5155">
        <w:rPr>
          <w:lang w:val="bg-BG"/>
        </w:rPr>
        <w:t>- Работа с дизайнери, програмисти и клиенти;</w:t>
      </w:r>
    </w:p>
    <w:p w14:paraId="73C68B0B" w14:textId="77777777" w:rsidR="00C144B3" w:rsidRPr="00ED5155" w:rsidRDefault="008E1AE1">
      <w:pPr>
        <w:rPr>
          <w:lang w:val="bg-BG"/>
        </w:rPr>
      </w:pPr>
      <w:r w:rsidRPr="00ED5155">
        <w:rPr>
          <w:lang w:val="bg-BG"/>
        </w:rPr>
        <w:t>- Управление на графици, задачи и контрол по изпълнение;</w:t>
      </w:r>
    </w:p>
    <w:p w14:paraId="4C19EC72" w14:textId="2FDCC0B6" w:rsidR="00C144B3" w:rsidRDefault="008E1AE1">
      <w:pPr>
        <w:rPr>
          <w:lang w:val="bg-BG"/>
        </w:rPr>
      </w:pPr>
      <w:r w:rsidRPr="00ED5155">
        <w:rPr>
          <w:lang w:val="bg-BG"/>
        </w:rPr>
        <w:t>- Тестване и валидиране на финалния продукт.</w:t>
      </w:r>
    </w:p>
    <w:p w14:paraId="21E7662F" w14:textId="77777777" w:rsidR="00650DC6" w:rsidRPr="00650DC6" w:rsidRDefault="00650DC6">
      <w:pPr>
        <w:rPr>
          <w:lang w:val="bg-BG"/>
        </w:rPr>
      </w:pPr>
    </w:p>
    <w:p w14:paraId="508F9823" w14:textId="77777777" w:rsidR="00170993" w:rsidRPr="00650DC6" w:rsidRDefault="00170993" w:rsidP="00170993">
      <w:pPr>
        <w:jc w:val="both"/>
        <w:rPr>
          <w:b/>
          <w:lang w:val="bg-BG"/>
        </w:rPr>
      </w:pPr>
      <w:bookmarkStart w:id="3" w:name="_Hlk199853003"/>
      <w:r w:rsidRPr="00650DC6">
        <w:rPr>
          <w:b/>
          <w:lang w:val="bg-BG"/>
        </w:rPr>
        <w:t xml:space="preserve">КВАЛИФИКАЦИЯ И ИЗИСКВАНИЯ КЪМ ДЛЪЖНОСТТА: </w:t>
      </w:r>
    </w:p>
    <w:bookmarkEnd w:id="3"/>
    <w:p w14:paraId="60B5AF60" w14:textId="376BB82C" w:rsidR="00C144B3" w:rsidRPr="00ED5155" w:rsidRDefault="008E1AE1">
      <w:pPr>
        <w:rPr>
          <w:lang w:val="bg-BG"/>
        </w:rPr>
      </w:pPr>
      <w:r w:rsidRPr="00ED5155">
        <w:rPr>
          <w:lang w:val="bg-BG"/>
        </w:rPr>
        <w:t>- Висше образование;</w:t>
      </w:r>
    </w:p>
    <w:p w14:paraId="3515DBC7" w14:textId="13496BFB" w:rsidR="00C144B3" w:rsidRPr="00ED5155" w:rsidRDefault="008E1AE1">
      <w:pPr>
        <w:rPr>
          <w:lang w:val="bg-BG"/>
        </w:rPr>
      </w:pPr>
      <w:r w:rsidRPr="00ED5155">
        <w:rPr>
          <w:lang w:val="bg-BG"/>
        </w:rPr>
        <w:t>- Поне 2 години опит в структуриране на уеб системи</w:t>
      </w:r>
      <w:r w:rsidR="00951277">
        <w:rPr>
          <w:lang w:val="bg-BG"/>
        </w:rPr>
        <w:t xml:space="preserve"> или менажиране на уеб проекти</w:t>
      </w:r>
      <w:r w:rsidRPr="00ED5155">
        <w:rPr>
          <w:lang w:val="bg-BG"/>
        </w:rPr>
        <w:t>;</w:t>
      </w:r>
    </w:p>
    <w:p w14:paraId="229D3C55" w14:textId="77777777" w:rsidR="00C144B3" w:rsidRPr="00ED5155" w:rsidRDefault="008E1AE1">
      <w:pPr>
        <w:rPr>
          <w:lang w:val="bg-BG"/>
        </w:rPr>
      </w:pPr>
      <w:r w:rsidRPr="00ED5155">
        <w:rPr>
          <w:lang w:val="bg-BG"/>
        </w:rPr>
        <w:t>- Документирано участие в завършени уеб проекти;</w:t>
      </w:r>
    </w:p>
    <w:p w14:paraId="052056F5" w14:textId="77777777" w:rsidR="00C144B3" w:rsidRPr="00ED5155" w:rsidRDefault="008E1AE1">
      <w:pPr>
        <w:rPr>
          <w:lang w:val="bg-BG"/>
        </w:rPr>
      </w:pPr>
      <w:r w:rsidRPr="00ED5155">
        <w:rPr>
          <w:lang w:val="bg-BG"/>
        </w:rPr>
        <w:t>- Умения за анализ, логическо мислене и планиране;</w:t>
      </w:r>
    </w:p>
    <w:p w14:paraId="44B4B2D2" w14:textId="77777777" w:rsidR="00C144B3" w:rsidRDefault="008E1AE1">
      <w:pPr>
        <w:rPr>
          <w:lang w:val="bg-BG"/>
        </w:rPr>
      </w:pPr>
      <w:r w:rsidRPr="00ED5155">
        <w:rPr>
          <w:lang w:val="bg-BG"/>
        </w:rPr>
        <w:t>- Опит в координация на многофункционални екипи.</w:t>
      </w:r>
    </w:p>
    <w:p w14:paraId="1B6495DE" w14:textId="77777777" w:rsidR="00170993" w:rsidRDefault="00170993">
      <w:pPr>
        <w:rPr>
          <w:lang w:val="bg-BG"/>
        </w:rPr>
      </w:pPr>
    </w:p>
    <w:p w14:paraId="404EC71A" w14:textId="77777777" w:rsidR="00170993" w:rsidRDefault="00170993">
      <w:pPr>
        <w:rPr>
          <w:lang w:val="bg-BG"/>
        </w:rPr>
      </w:pPr>
    </w:p>
    <w:p w14:paraId="28B82F57" w14:textId="7FE89BCD" w:rsidR="00170993" w:rsidRDefault="00170993" w:rsidP="00170993">
      <w:pPr>
        <w:rPr>
          <w:b/>
          <w:bCs/>
          <w:color w:val="EE0000"/>
          <w:lang w:val="bg-BG"/>
        </w:rPr>
      </w:pPr>
      <w:bookmarkStart w:id="4" w:name="_Hlk199852801"/>
      <w:r w:rsidRPr="00170993">
        <w:rPr>
          <w:b/>
          <w:bCs/>
          <w:lang w:val="bg-BG"/>
        </w:rPr>
        <w:t>Назначаването е на трудов договор в „ПРОДИЗАЙН БЪЛГАРИЯ</w:t>
      </w:r>
      <w:r>
        <w:rPr>
          <w:b/>
          <w:bCs/>
          <w:lang w:val="bg-BG"/>
        </w:rPr>
        <w:t>“</w:t>
      </w:r>
      <w:r w:rsidRPr="00170993">
        <w:rPr>
          <w:b/>
          <w:bCs/>
          <w:lang w:val="bg-BG"/>
        </w:rPr>
        <w:t xml:space="preserve"> </w:t>
      </w:r>
      <w:r>
        <w:rPr>
          <w:b/>
          <w:bCs/>
          <w:lang w:val="bg-BG"/>
        </w:rPr>
        <w:t>Е</w:t>
      </w:r>
      <w:r w:rsidRPr="00170993">
        <w:rPr>
          <w:b/>
          <w:bCs/>
          <w:lang w:val="bg-BG"/>
        </w:rPr>
        <w:t xml:space="preserve">ООД, часова заетост: </w:t>
      </w:r>
      <w:r w:rsidRPr="00170993">
        <w:rPr>
          <w:b/>
          <w:bCs/>
          <w:color w:val="EE0000"/>
          <w:lang w:val="bg-BG"/>
        </w:rPr>
        <w:t xml:space="preserve">осем часа. </w:t>
      </w:r>
    </w:p>
    <w:p w14:paraId="0AD28932" w14:textId="1F76CFA5" w:rsidR="00444F43" w:rsidRPr="00170993" w:rsidRDefault="00444F43" w:rsidP="00170993">
      <w:pPr>
        <w:rPr>
          <w:b/>
          <w:bCs/>
          <w:lang w:val="bg-BG"/>
        </w:rPr>
      </w:pPr>
      <w:r>
        <w:rPr>
          <w:b/>
          <w:bCs/>
          <w:color w:val="EE0000"/>
          <w:lang w:val="bg-BG"/>
        </w:rPr>
        <w:t>Месторабота: гр. София</w:t>
      </w:r>
    </w:p>
    <w:p w14:paraId="3CFCD6D3" w14:textId="77777777" w:rsidR="00170993" w:rsidRPr="00170993" w:rsidRDefault="00170993" w:rsidP="00170993">
      <w:pPr>
        <w:rPr>
          <w:lang w:val="bg-BG"/>
        </w:rPr>
      </w:pPr>
      <w:r w:rsidRPr="00170993">
        <w:rPr>
          <w:b/>
          <w:bCs/>
          <w:lang w:val="bg-BG"/>
        </w:rPr>
        <w:t>Необходими документи за кандидатстване:</w:t>
      </w:r>
    </w:p>
    <w:p w14:paraId="4ACA3BA9" w14:textId="77777777" w:rsidR="00170993" w:rsidRPr="00170993" w:rsidRDefault="00170993" w:rsidP="00170993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Автобиография (CV европейски формат);</w:t>
      </w:r>
    </w:p>
    <w:p w14:paraId="4B5FA885" w14:textId="77777777" w:rsidR="00170993" w:rsidRPr="00170993" w:rsidRDefault="00170993" w:rsidP="00170993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Копие на диплома за висше образование;</w:t>
      </w:r>
    </w:p>
    <w:p w14:paraId="2FD0E643" w14:textId="77777777" w:rsidR="00170993" w:rsidRPr="00170993" w:rsidRDefault="00170993" w:rsidP="00170993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Копие на трудова книжка за доказване на професионален опит.</w:t>
      </w:r>
    </w:p>
    <w:p w14:paraId="7C1E5A0C" w14:textId="77777777" w:rsidR="00170993" w:rsidRPr="00170993" w:rsidRDefault="00170993" w:rsidP="00170993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Допълнителни сертификати по преценка на кандидата.</w:t>
      </w:r>
    </w:p>
    <w:p w14:paraId="33718A07" w14:textId="77777777" w:rsidR="00170993" w:rsidRPr="00170993" w:rsidRDefault="00170993" w:rsidP="00170993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Други по преценка на кандидата.</w:t>
      </w:r>
    </w:p>
    <w:p w14:paraId="3D1EA869" w14:textId="4553B190" w:rsidR="00444F43" w:rsidRPr="00444F43" w:rsidRDefault="00170993" w:rsidP="00444F43">
      <w:pPr>
        <w:rPr>
          <w:lang w:val="bg-BG"/>
        </w:rPr>
      </w:pPr>
      <w:r w:rsidRPr="00170993">
        <w:rPr>
          <w:b/>
          <w:bCs/>
          <w:lang w:val="bg-BG"/>
        </w:rPr>
        <w:t>Документи се приемат</w:t>
      </w:r>
      <w:r w:rsidRPr="00170993">
        <w:rPr>
          <w:lang w:val="bg-BG"/>
        </w:rPr>
        <w:t xml:space="preserve"> </w:t>
      </w:r>
      <w:r w:rsidRPr="00170993">
        <w:rPr>
          <w:b/>
          <w:bCs/>
          <w:lang w:val="bg-BG"/>
        </w:rPr>
        <w:t xml:space="preserve">от </w:t>
      </w:r>
      <w:r w:rsidR="00ED5155">
        <w:rPr>
          <w:lang w:val="bg-BG"/>
        </w:rPr>
        <w:t>17.05.</w:t>
      </w:r>
      <w:r w:rsidRPr="00170993">
        <w:rPr>
          <w:lang w:val="bg-BG"/>
        </w:rPr>
        <w:t xml:space="preserve">2025 г. до </w:t>
      </w:r>
      <w:r w:rsidR="00ED5155">
        <w:rPr>
          <w:lang w:val="bg-BG"/>
        </w:rPr>
        <w:t>25.05.</w:t>
      </w:r>
      <w:r w:rsidRPr="00170993">
        <w:rPr>
          <w:lang w:val="bg-BG"/>
        </w:rPr>
        <w:t xml:space="preserve">2025 г. всеки работен ден от 10.00 до 17.00 часа на имейл адрес: </w:t>
      </w:r>
      <w:hyperlink r:id="rId8" w:history="1">
        <w:r w:rsidR="00444F43" w:rsidRPr="00A0335A">
          <w:rPr>
            <w:rStyle w:val="Hyperlink"/>
            <w:lang w:val="bg-BG"/>
          </w:rPr>
          <w:t>mnaydenov@prodesign.bg</w:t>
        </w:r>
      </w:hyperlink>
      <w:r w:rsidR="00444F43">
        <w:rPr>
          <w:lang w:val="bg-BG"/>
        </w:rPr>
        <w:t xml:space="preserve"> </w:t>
      </w:r>
    </w:p>
    <w:bookmarkEnd w:id="4"/>
    <w:p w14:paraId="25C8F833" w14:textId="5C2F919E" w:rsidR="00170993" w:rsidRPr="00170993" w:rsidRDefault="00170993" w:rsidP="00170993">
      <w:pPr>
        <w:rPr>
          <w:lang w:val="bg-BG"/>
        </w:rPr>
      </w:pPr>
      <w:r w:rsidRPr="00170993">
        <w:rPr>
          <w:lang w:val="bg-BG"/>
        </w:rPr>
        <w:t xml:space="preserve"> </w:t>
      </w:r>
    </w:p>
    <w:p w14:paraId="0CED5CF4" w14:textId="77777777" w:rsidR="00170993" w:rsidRPr="00170993" w:rsidRDefault="00170993">
      <w:pPr>
        <w:rPr>
          <w:lang w:val="bg-BG"/>
        </w:rPr>
      </w:pPr>
    </w:p>
    <w:sectPr w:rsidR="00170993" w:rsidRPr="00170993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562E6" w14:textId="77777777" w:rsidR="00170993" w:rsidRDefault="00170993" w:rsidP="00170993">
      <w:pPr>
        <w:spacing w:after="0" w:line="240" w:lineRule="auto"/>
      </w:pPr>
      <w:r>
        <w:separator/>
      </w:r>
    </w:p>
  </w:endnote>
  <w:endnote w:type="continuationSeparator" w:id="0">
    <w:p w14:paraId="218D514C" w14:textId="77777777" w:rsidR="00170993" w:rsidRDefault="00170993" w:rsidP="00170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91046" w14:textId="77777777" w:rsidR="00170993" w:rsidRDefault="00170993" w:rsidP="00170993">
      <w:pPr>
        <w:spacing w:after="0" w:line="240" w:lineRule="auto"/>
      </w:pPr>
      <w:r>
        <w:separator/>
      </w:r>
    </w:p>
  </w:footnote>
  <w:footnote w:type="continuationSeparator" w:id="0">
    <w:p w14:paraId="35DB6BE9" w14:textId="77777777" w:rsidR="00170993" w:rsidRDefault="00170993" w:rsidP="00170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E40B0" w14:textId="196D00CB" w:rsidR="00170993" w:rsidRPr="003912C0" w:rsidRDefault="00170993" w:rsidP="00170993">
    <w:pPr>
      <w:tabs>
        <w:tab w:val="center" w:pos="4536"/>
        <w:tab w:val="right" w:pos="9072"/>
      </w:tabs>
    </w:pPr>
    <w:bookmarkStart w:id="5" w:name="_Hlk199852837"/>
    <w:bookmarkStart w:id="6" w:name="_Hlk199852838"/>
    <w:bookmarkStart w:id="7" w:name="_Hlk199853064"/>
    <w:bookmarkStart w:id="8" w:name="_Hlk199853065"/>
    <w:r>
      <w:rPr>
        <w:noProof/>
      </w:rPr>
      <w:drawing>
        <wp:anchor distT="0" distB="0" distL="114300" distR="114300" simplePos="0" relativeHeight="251659264" behindDoc="1" locked="0" layoutInCell="1" allowOverlap="1" wp14:anchorId="04BC3CF8" wp14:editId="7DF6BCC2">
          <wp:simplePos x="0" y="0"/>
          <wp:positionH relativeFrom="column">
            <wp:posOffset>3270885</wp:posOffset>
          </wp:positionH>
          <wp:positionV relativeFrom="paragraph">
            <wp:posOffset>-133350</wp:posOffset>
          </wp:positionV>
          <wp:extent cx="2343150" cy="914400"/>
          <wp:effectExtent l="0" t="0" r="0" b="0"/>
          <wp:wrapTight wrapText="bothSides">
            <wp:wrapPolygon edited="0">
              <wp:start x="0" y="0"/>
              <wp:lineTo x="0" y="21150"/>
              <wp:lineTo x="21424" y="21150"/>
              <wp:lineTo x="21424" y="0"/>
              <wp:lineTo x="0" y="0"/>
            </wp:wrapPolygon>
          </wp:wrapTight>
          <wp:docPr id="2008179000" name="Picture 3" descr="A colorful logo with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179000" name="Picture 3" descr="A colorful logo with black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bg-BG"/>
      </w:rPr>
      <w:drawing>
        <wp:inline distT="0" distB="0" distL="0" distR="0" wp14:anchorId="55A9A8C8" wp14:editId="3E00DD07">
          <wp:extent cx="3291840" cy="693420"/>
          <wp:effectExtent l="0" t="0" r="3810" b="0"/>
          <wp:docPr id="973172075" name="Picture 1" descr="Blue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3172075" name="Picture 1" descr="Blue text on a white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84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5"/>
  <w:bookmarkEnd w:id="6"/>
  <w:bookmarkEnd w:id="7"/>
  <w:bookmarkEnd w:id="8"/>
  <w:p w14:paraId="2C9878C0" w14:textId="77777777" w:rsidR="00170993" w:rsidRDefault="001709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DCB15D6"/>
    <w:multiLevelType w:val="multilevel"/>
    <w:tmpl w:val="D6C86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8244027">
    <w:abstractNumId w:val="8"/>
  </w:num>
  <w:num w:numId="2" w16cid:durableId="1182626986">
    <w:abstractNumId w:val="6"/>
  </w:num>
  <w:num w:numId="3" w16cid:durableId="1396051655">
    <w:abstractNumId w:val="5"/>
  </w:num>
  <w:num w:numId="4" w16cid:durableId="708996563">
    <w:abstractNumId w:val="4"/>
  </w:num>
  <w:num w:numId="5" w16cid:durableId="31199811">
    <w:abstractNumId w:val="7"/>
  </w:num>
  <w:num w:numId="6" w16cid:durableId="1086806507">
    <w:abstractNumId w:val="3"/>
  </w:num>
  <w:num w:numId="7" w16cid:durableId="1310675175">
    <w:abstractNumId w:val="2"/>
  </w:num>
  <w:num w:numId="8" w16cid:durableId="835609174">
    <w:abstractNumId w:val="1"/>
  </w:num>
  <w:num w:numId="9" w16cid:durableId="400253884">
    <w:abstractNumId w:val="0"/>
  </w:num>
  <w:num w:numId="10" w16cid:durableId="7844679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70993"/>
    <w:rsid w:val="0029639D"/>
    <w:rsid w:val="00326F90"/>
    <w:rsid w:val="00444F43"/>
    <w:rsid w:val="00650DC6"/>
    <w:rsid w:val="00755603"/>
    <w:rsid w:val="008B0860"/>
    <w:rsid w:val="008E1AE1"/>
    <w:rsid w:val="00951277"/>
    <w:rsid w:val="009A23B5"/>
    <w:rsid w:val="00AA1D8D"/>
    <w:rsid w:val="00B47730"/>
    <w:rsid w:val="00C144B3"/>
    <w:rsid w:val="00CB0664"/>
    <w:rsid w:val="00ED515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4062061"/>
  <w14:defaultImageDpi w14:val="300"/>
  <w15:docId w15:val="{3AE66B0D-D803-48D0-BCAE-F0F15A05E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7099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70993"/>
    <w:rPr>
      <w:rFonts w:ascii="Consolas" w:hAnsi="Consola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709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09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5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6516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1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456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7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7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7355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483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naydenov@prodesign.b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Sonya Chongova (Prodesign.)</cp:lastModifiedBy>
  <cp:revision>6</cp:revision>
  <dcterms:created xsi:type="dcterms:W3CDTF">2013-12-23T23:15:00Z</dcterms:created>
  <dcterms:modified xsi:type="dcterms:W3CDTF">2025-06-20T07:12:00Z</dcterms:modified>
  <cp:category/>
</cp:coreProperties>
</file>