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2A034" w14:textId="77777777" w:rsidR="00AE641A" w:rsidRDefault="0089231C" w:rsidP="0089231C">
      <w:pPr>
        <w:pStyle w:val="Title"/>
        <w:jc w:val="center"/>
      </w:pPr>
      <w:proofErr w:type="spellStart"/>
      <w:r>
        <w:t>Обява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работа</w:t>
      </w:r>
      <w:proofErr w:type="spellEnd"/>
    </w:p>
    <w:p w14:paraId="77CECE2C" w14:textId="5996BCB5" w:rsidR="0089231C" w:rsidRPr="0089231C" w:rsidRDefault="0089231C" w:rsidP="0089231C">
      <w:pPr>
        <w:pStyle w:val="Heading1"/>
        <w:jc w:val="center"/>
      </w:pPr>
      <w:proofErr w:type="spellStart"/>
      <w:r>
        <w:t>Позиция</w:t>
      </w:r>
      <w:proofErr w:type="spellEnd"/>
      <w:r>
        <w:t xml:space="preserve">: </w:t>
      </w:r>
      <w:proofErr w:type="spellStart"/>
      <w:r w:rsidRPr="0089231C">
        <w:t>Програмист</w:t>
      </w:r>
      <w:proofErr w:type="spellEnd"/>
      <w:r w:rsidRPr="0089231C">
        <w:t xml:space="preserve">, </w:t>
      </w:r>
      <w:proofErr w:type="spellStart"/>
      <w:r w:rsidRPr="0089231C">
        <w:t>уеб</w:t>
      </w:r>
      <w:proofErr w:type="spellEnd"/>
      <w:r w:rsidRPr="0089231C">
        <w:t xml:space="preserve"> </w:t>
      </w:r>
      <w:proofErr w:type="spellStart"/>
      <w:r w:rsidRPr="0089231C">
        <w:t>сайтове</w:t>
      </w:r>
      <w:proofErr w:type="spellEnd"/>
      <w:r w:rsidRPr="0089231C">
        <w:t xml:space="preserve"> – Back-</w:t>
      </w:r>
      <w:r w:rsidR="00622EA6">
        <w:t>E</w:t>
      </w:r>
      <w:r w:rsidRPr="0089231C">
        <w:t>nd</w:t>
      </w:r>
      <w:r>
        <w:rPr>
          <w:lang w:val="bg-BG"/>
        </w:rPr>
        <w:t xml:space="preserve">, код по </w:t>
      </w:r>
      <w:r w:rsidRPr="0089231C">
        <w:t>НКПД: 25136002</w:t>
      </w:r>
    </w:p>
    <w:p w14:paraId="0998D00C" w14:textId="53C875C1" w:rsidR="00AE641A" w:rsidRDefault="00AE641A" w:rsidP="0089231C">
      <w:pPr>
        <w:pStyle w:val="Heading1"/>
        <w:jc w:val="center"/>
      </w:pPr>
    </w:p>
    <w:p w14:paraId="6F393D2B" w14:textId="77777777" w:rsidR="0089231C" w:rsidRDefault="0089231C" w:rsidP="0089231C">
      <w:pPr>
        <w:jc w:val="center"/>
        <w:rPr>
          <w:b/>
          <w:bCs/>
          <w:lang w:val="bg-BG"/>
        </w:rPr>
      </w:pPr>
      <w:r w:rsidRPr="00170993">
        <w:rPr>
          <w:b/>
          <w:bCs/>
          <w:lang w:val="bg-BG"/>
        </w:rPr>
        <w:t xml:space="preserve">за попълване състава на екипа на проект BG16RFPR001-1.001-0148-C01 „Разработване на иновация от ПРОДИЗАЙН БЪЛГАРИЯ </w:t>
      </w:r>
      <w:r>
        <w:rPr>
          <w:b/>
          <w:bCs/>
          <w:lang w:val="bg-BG"/>
        </w:rPr>
        <w:t>Е</w:t>
      </w:r>
      <w:r w:rsidRPr="00170993">
        <w:rPr>
          <w:b/>
          <w:bCs/>
          <w:lang w:val="bg-BG"/>
        </w:rPr>
        <w:t>ООД</w:t>
      </w:r>
      <w:r>
        <w:rPr>
          <w:b/>
          <w:bCs/>
          <w:lang w:val="bg-BG"/>
        </w:rPr>
        <w:t>“</w:t>
      </w:r>
    </w:p>
    <w:p w14:paraId="4672183A" w14:textId="5D7657E8" w:rsidR="00AE641A" w:rsidRPr="0089231C" w:rsidRDefault="0089231C" w:rsidP="00B7519F">
      <w:pPr>
        <w:jc w:val="center"/>
        <w:rPr>
          <w:lang w:val="bg-BG"/>
        </w:rPr>
      </w:pPr>
      <w:r w:rsidRPr="00170993">
        <w:rPr>
          <w:bCs/>
          <w:lang w:val="bg-BG"/>
        </w:rPr>
        <w:t>по Програма "Конкурентоспособност и иновации в предприятията" 2021-2027</w:t>
      </w:r>
    </w:p>
    <w:p w14:paraId="221847EF" w14:textId="77777777" w:rsidR="00AE641A" w:rsidRPr="0089231C" w:rsidRDefault="0089231C">
      <w:pPr>
        <w:rPr>
          <w:b/>
          <w:bCs/>
          <w:lang w:val="bg-BG"/>
        </w:rPr>
      </w:pPr>
      <w:r w:rsidRPr="0089231C">
        <w:rPr>
          <w:b/>
          <w:bCs/>
          <w:lang w:val="bg-BG"/>
        </w:rPr>
        <w:t>Описание:</w:t>
      </w:r>
    </w:p>
    <w:p w14:paraId="598BD17D" w14:textId="4EF7E508" w:rsidR="00AE641A" w:rsidRDefault="0089231C">
      <w:pPr>
        <w:rPr>
          <w:lang w:val="bg-BG"/>
        </w:rPr>
      </w:pPr>
      <w:r>
        <w:rPr>
          <w:lang w:val="bg-BG"/>
        </w:rPr>
        <w:t>Ние</w:t>
      </w:r>
      <w:r w:rsidRPr="0089231C">
        <w:rPr>
          <w:lang w:val="bg-BG"/>
        </w:rPr>
        <w:t xml:space="preserve"> търси</w:t>
      </w:r>
      <w:r>
        <w:rPr>
          <w:lang w:val="bg-BG"/>
        </w:rPr>
        <w:t>м</w:t>
      </w:r>
      <w:r w:rsidRPr="0089231C">
        <w:rPr>
          <w:lang w:val="bg-BG"/>
        </w:rPr>
        <w:t xml:space="preserve"> опитен </w:t>
      </w:r>
      <w:r>
        <w:t>Back</w:t>
      </w:r>
      <w:r w:rsidRPr="0089231C">
        <w:rPr>
          <w:lang w:val="bg-BG"/>
        </w:rPr>
        <w:t>-</w:t>
      </w:r>
      <w:r w:rsidR="00622EA6">
        <w:t>E</w:t>
      </w:r>
      <w:r>
        <w:t>nd</w:t>
      </w:r>
      <w:r w:rsidRPr="0089231C">
        <w:rPr>
          <w:lang w:val="bg-BG"/>
        </w:rPr>
        <w:t xml:space="preserve"> програмист с минимум 10 години опит, за създаване и поддръжка на уеб системи с висока сложност.</w:t>
      </w:r>
    </w:p>
    <w:p w14:paraId="243819C6" w14:textId="77777777" w:rsidR="0089231C" w:rsidRPr="0089231C" w:rsidRDefault="0089231C">
      <w:pPr>
        <w:rPr>
          <w:lang w:val="bg-BG"/>
        </w:rPr>
      </w:pPr>
    </w:p>
    <w:p w14:paraId="5CA0D495" w14:textId="77777777" w:rsidR="0089231C" w:rsidRDefault="0089231C" w:rsidP="0089231C">
      <w:pPr>
        <w:jc w:val="both"/>
        <w:rPr>
          <w:b/>
          <w:bCs/>
          <w:color w:val="000000"/>
          <w:lang w:val="bg-BG"/>
        </w:rPr>
      </w:pPr>
      <w:r w:rsidRPr="00170993">
        <w:rPr>
          <w:b/>
          <w:bCs/>
          <w:color w:val="000000"/>
          <w:lang w:val="bg-BG"/>
        </w:rPr>
        <w:t>К</w:t>
      </w:r>
      <w:r>
        <w:rPr>
          <w:b/>
          <w:bCs/>
          <w:color w:val="000000"/>
          <w:lang w:val="bg-BG"/>
        </w:rPr>
        <w:t>ОНКРЕТНИ ЗАДЪЛЖЕНИЯ И ОТГОВОРНОСТИ:</w:t>
      </w:r>
    </w:p>
    <w:p w14:paraId="1EC70BA5" w14:textId="763CB0FE" w:rsidR="00AE641A" w:rsidRPr="0089231C" w:rsidRDefault="0089231C">
      <w:pPr>
        <w:rPr>
          <w:lang w:val="bg-BG"/>
        </w:rPr>
      </w:pPr>
      <w:r w:rsidRPr="0089231C">
        <w:rPr>
          <w:lang w:val="bg-BG"/>
        </w:rPr>
        <w:t xml:space="preserve">- </w:t>
      </w:r>
      <w:r w:rsidR="003F490B">
        <w:rPr>
          <w:lang w:val="bg-BG"/>
        </w:rPr>
        <w:t>Проектиране</w:t>
      </w:r>
      <w:r w:rsidRPr="0089231C">
        <w:rPr>
          <w:lang w:val="bg-BG"/>
        </w:rPr>
        <w:t xml:space="preserve"> и програмиране на функционалността на уеб платформи;</w:t>
      </w:r>
    </w:p>
    <w:p w14:paraId="55168571" w14:textId="77777777" w:rsidR="00AE641A" w:rsidRPr="00B7519F" w:rsidRDefault="0089231C">
      <w:pPr>
        <w:rPr>
          <w:lang w:val="bg-BG"/>
        </w:rPr>
      </w:pPr>
      <w:r w:rsidRPr="00B7519F">
        <w:rPr>
          <w:lang w:val="bg-BG"/>
        </w:rPr>
        <w:t>- Изграждане и поддържане на бази данни (</w:t>
      </w:r>
      <w:r>
        <w:t>MySQL</w:t>
      </w:r>
      <w:r w:rsidRPr="00B7519F">
        <w:rPr>
          <w:lang w:val="bg-BG"/>
        </w:rPr>
        <w:t>);</w:t>
      </w:r>
    </w:p>
    <w:p w14:paraId="5C0A2B59" w14:textId="77777777" w:rsidR="00AE641A" w:rsidRPr="00B7519F" w:rsidRDefault="0089231C">
      <w:pPr>
        <w:rPr>
          <w:lang w:val="bg-BG"/>
        </w:rPr>
      </w:pPr>
      <w:r w:rsidRPr="00B7519F">
        <w:rPr>
          <w:lang w:val="bg-BG"/>
        </w:rPr>
        <w:t xml:space="preserve">- Създаване и интеграция на </w:t>
      </w:r>
      <w:r>
        <w:t>API</w:t>
      </w:r>
      <w:r w:rsidRPr="00B7519F">
        <w:rPr>
          <w:lang w:val="bg-BG"/>
        </w:rPr>
        <w:t>;</w:t>
      </w:r>
    </w:p>
    <w:p w14:paraId="0D2DD35F" w14:textId="77777777" w:rsidR="00AE641A" w:rsidRPr="00B7519F" w:rsidRDefault="0089231C">
      <w:pPr>
        <w:rPr>
          <w:lang w:val="bg-BG"/>
        </w:rPr>
      </w:pPr>
      <w:r w:rsidRPr="00B7519F">
        <w:rPr>
          <w:lang w:val="bg-BG"/>
        </w:rPr>
        <w:t>- Гарантиране на висока сигурност и надеждност;</w:t>
      </w:r>
    </w:p>
    <w:p w14:paraId="3212956A" w14:textId="77777777" w:rsidR="00AE641A" w:rsidRPr="00B7519F" w:rsidRDefault="0089231C">
      <w:pPr>
        <w:rPr>
          <w:lang w:val="bg-BG"/>
        </w:rPr>
      </w:pPr>
      <w:r w:rsidRPr="00B7519F">
        <w:rPr>
          <w:lang w:val="bg-BG"/>
        </w:rPr>
        <w:t xml:space="preserve">- Работа по </w:t>
      </w:r>
      <w:r>
        <w:t>SCRUM</w:t>
      </w:r>
      <w:r w:rsidRPr="00B7519F">
        <w:rPr>
          <w:lang w:val="bg-BG"/>
        </w:rPr>
        <w:t xml:space="preserve"> или друг </w:t>
      </w:r>
      <w:r>
        <w:t>Agile</w:t>
      </w:r>
      <w:r w:rsidRPr="00B7519F">
        <w:rPr>
          <w:lang w:val="bg-BG"/>
        </w:rPr>
        <w:t xml:space="preserve"> метод.</w:t>
      </w:r>
    </w:p>
    <w:p w14:paraId="0DFADC4D" w14:textId="77777777" w:rsidR="00AE641A" w:rsidRPr="00B7519F" w:rsidRDefault="00AE641A">
      <w:pPr>
        <w:rPr>
          <w:lang w:val="bg-BG"/>
        </w:rPr>
      </w:pPr>
    </w:p>
    <w:p w14:paraId="20983767" w14:textId="77777777" w:rsidR="0089231C" w:rsidRPr="00650DC6" w:rsidRDefault="0089231C" w:rsidP="0089231C">
      <w:pPr>
        <w:jc w:val="both"/>
        <w:rPr>
          <w:b/>
          <w:lang w:val="bg-BG"/>
        </w:rPr>
      </w:pPr>
      <w:bookmarkStart w:id="0" w:name="_Hlk199853003"/>
      <w:r w:rsidRPr="00650DC6">
        <w:rPr>
          <w:b/>
          <w:lang w:val="bg-BG"/>
        </w:rPr>
        <w:t xml:space="preserve">КВАЛИФИКАЦИЯ И ИЗИСКВАНИЯ КЪМ ДЛЪЖНОСТТА: </w:t>
      </w:r>
    </w:p>
    <w:bookmarkEnd w:id="0"/>
    <w:p w14:paraId="5FC44248" w14:textId="249E1AE5" w:rsidR="00AE641A" w:rsidRPr="0089231C" w:rsidRDefault="0089231C">
      <w:pPr>
        <w:rPr>
          <w:lang w:val="bg-BG"/>
        </w:rPr>
      </w:pPr>
      <w:r w:rsidRPr="0089231C">
        <w:rPr>
          <w:lang w:val="bg-BG"/>
        </w:rPr>
        <w:t xml:space="preserve">- Над 10 години опит като </w:t>
      </w:r>
      <w:r w:rsidR="00622EA6">
        <w:rPr>
          <w:lang w:val="de-DE"/>
        </w:rPr>
        <w:t>B</w:t>
      </w:r>
      <w:r>
        <w:t>ack</w:t>
      </w:r>
      <w:r w:rsidRPr="0089231C">
        <w:rPr>
          <w:lang w:val="bg-BG"/>
        </w:rPr>
        <w:t>-</w:t>
      </w:r>
      <w:r w:rsidR="00622EA6">
        <w:t>E</w:t>
      </w:r>
      <w:r>
        <w:t>nd</w:t>
      </w:r>
      <w:r w:rsidRPr="0089231C">
        <w:rPr>
          <w:lang w:val="bg-BG"/>
        </w:rPr>
        <w:t xml:space="preserve"> програмист;</w:t>
      </w:r>
    </w:p>
    <w:p w14:paraId="072FB394" w14:textId="77777777" w:rsidR="00AE641A" w:rsidRPr="00B7519F" w:rsidRDefault="0089231C">
      <w:pPr>
        <w:rPr>
          <w:lang w:val="bg-BG"/>
        </w:rPr>
      </w:pPr>
      <w:r w:rsidRPr="00B7519F">
        <w:rPr>
          <w:lang w:val="bg-BG"/>
        </w:rPr>
        <w:t xml:space="preserve">- Отлични познания по </w:t>
      </w:r>
      <w:r>
        <w:t>PHP</w:t>
      </w:r>
      <w:r w:rsidRPr="00B7519F">
        <w:rPr>
          <w:lang w:val="bg-BG"/>
        </w:rPr>
        <w:t xml:space="preserve">, </w:t>
      </w:r>
      <w:r>
        <w:t>Laravel</w:t>
      </w:r>
      <w:r w:rsidRPr="00B7519F">
        <w:rPr>
          <w:lang w:val="bg-BG"/>
        </w:rPr>
        <w:t xml:space="preserve">, </w:t>
      </w:r>
      <w:r>
        <w:t>MySQL</w:t>
      </w:r>
      <w:r w:rsidRPr="00B7519F">
        <w:rPr>
          <w:lang w:val="bg-BG"/>
        </w:rPr>
        <w:t xml:space="preserve">, </w:t>
      </w:r>
      <w:r>
        <w:t>JavaScript</w:t>
      </w:r>
      <w:r w:rsidRPr="00B7519F">
        <w:rPr>
          <w:lang w:val="bg-BG"/>
        </w:rPr>
        <w:t>;</w:t>
      </w:r>
    </w:p>
    <w:p w14:paraId="4C08EC10" w14:textId="212E414C" w:rsidR="00AE641A" w:rsidRPr="00B7519F" w:rsidRDefault="0089231C">
      <w:pPr>
        <w:rPr>
          <w:lang w:val="bg-BG"/>
        </w:rPr>
      </w:pPr>
      <w:r w:rsidRPr="00B7519F">
        <w:rPr>
          <w:lang w:val="bg-BG"/>
        </w:rPr>
        <w:t xml:space="preserve">- Опит в разработване на </w:t>
      </w:r>
      <w:r w:rsidR="00581ACC">
        <w:rPr>
          <w:lang w:val="bg-BG"/>
        </w:rPr>
        <w:t>надеждни и</w:t>
      </w:r>
      <w:r w:rsidRPr="00B7519F">
        <w:rPr>
          <w:lang w:val="bg-BG"/>
        </w:rPr>
        <w:t xml:space="preserve"> оптимизирани приложения;</w:t>
      </w:r>
    </w:p>
    <w:p w14:paraId="0D54FD9A" w14:textId="221304A2" w:rsidR="00AE641A" w:rsidRPr="00B7519F" w:rsidRDefault="0089231C">
      <w:pPr>
        <w:rPr>
          <w:lang w:val="bg-BG"/>
        </w:rPr>
      </w:pPr>
      <w:r w:rsidRPr="00B7519F">
        <w:rPr>
          <w:lang w:val="bg-BG"/>
        </w:rPr>
        <w:t xml:space="preserve">- </w:t>
      </w:r>
      <w:r w:rsidR="00192FD2">
        <w:rPr>
          <w:lang w:val="bg-BG"/>
        </w:rPr>
        <w:t xml:space="preserve">Висше инженерно </w:t>
      </w:r>
      <w:r w:rsidRPr="00B7519F">
        <w:rPr>
          <w:lang w:val="bg-BG"/>
        </w:rPr>
        <w:t>образование;</w:t>
      </w:r>
    </w:p>
    <w:p w14:paraId="1091C3FB" w14:textId="77777777" w:rsidR="00AE641A" w:rsidRDefault="0089231C">
      <w:pPr>
        <w:rPr>
          <w:lang w:val="bg-BG"/>
        </w:rPr>
      </w:pPr>
      <w:r w:rsidRPr="00B7519F">
        <w:rPr>
          <w:lang w:val="bg-BG"/>
        </w:rPr>
        <w:t>- Добра писмена документация на разработения код.</w:t>
      </w:r>
    </w:p>
    <w:p w14:paraId="2E8D9EA0" w14:textId="77777777" w:rsidR="0089231C" w:rsidRDefault="0089231C">
      <w:pPr>
        <w:rPr>
          <w:lang w:val="bg-BG"/>
        </w:rPr>
      </w:pPr>
    </w:p>
    <w:p w14:paraId="6FDBCEF3" w14:textId="77777777" w:rsidR="0089231C" w:rsidRDefault="0089231C" w:rsidP="0089231C">
      <w:pPr>
        <w:rPr>
          <w:b/>
          <w:bCs/>
          <w:color w:val="EE0000"/>
          <w:lang w:val="bg-BG"/>
        </w:rPr>
      </w:pPr>
      <w:bookmarkStart w:id="1" w:name="_Hlk199852801"/>
      <w:r w:rsidRPr="00170993">
        <w:rPr>
          <w:b/>
          <w:bCs/>
          <w:lang w:val="bg-BG"/>
        </w:rPr>
        <w:lastRenderedPageBreak/>
        <w:t>Назначаването е на трудов договор в „ПРОДИЗАЙН БЪЛГАРИЯ</w:t>
      </w:r>
      <w:r>
        <w:rPr>
          <w:b/>
          <w:bCs/>
          <w:lang w:val="bg-BG"/>
        </w:rPr>
        <w:t>“</w:t>
      </w:r>
      <w:r w:rsidRPr="00170993">
        <w:rPr>
          <w:b/>
          <w:bCs/>
          <w:lang w:val="bg-BG"/>
        </w:rPr>
        <w:t xml:space="preserve"> </w:t>
      </w:r>
      <w:r>
        <w:rPr>
          <w:b/>
          <w:bCs/>
          <w:lang w:val="bg-BG"/>
        </w:rPr>
        <w:t>Е</w:t>
      </w:r>
      <w:r w:rsidRPr="00170993">
        <w:rPr>
          <w:b/>
          <w:bCs/>
          <w:lang w:val="bg-BG"/>
        </w:rPr>
        <w:t xml:space="preserve">ООД, часова заетост: </w:t>
      </w:r>
      <w:r w:rsidRPr="00170993">
        <w:rPr>
          <w:b/>
          <w:bCs/>
          <w:color w:val="EE0000"/>
          <w:lang w:val="bg-BG"/>
        </w:rPr>
        <w:t xml:space="preserve">осем часа. </w:t>
      </w:r>
    </w:p>
    <w:p w14:paraId="5E9F39CF" w14:textId="77777777" w:rsidR="0089231C" w:rsidRPr="00170993" w:rsidRDefault="0089231C" w:rsidP="0089231C">
      <w:pPr>
        <w:rPr>
          <w:b/>
          <w:bCs/>
          <w:lang w:val="bg-BG"/>
        </w:rPr>
      </w:pPr>
      <w:r>
        <w:rPr>
          <w:b/>
          <w:bCs/>
          <w:color w:val="EE0000"/>
          <w:lang w:val="bg-BG"/>
        </w:rPr>
        <w:t>Месторабота: гр. София</w:t>
      </w:r>
    </w:p>
    <w:p w14:paraId="1D79AC05" w14:textId="77777777" w:rsidR="0089231C" w:rsidRPr="00170993" w:rsidRDefault="0089231C" w:rsidP="0089231C">
      <w:pPr>
        <w:rPr>
          <w:lang w:val="bg-BG"/>
        </w:rPr>
      </w:pPr>
      <w:r w:rsidRPr="00170993">
        <w:rPr>
          <w:b/>
          <w:bCs/>
          <w:lang w:val="bg-BG"/>
        </w:rPr>
        <w:t>Необходими документи за кандидатстване:</w:t>
      </w:r>
    </w:p>
    <w:p w14:paraId="5FC8EBEB" w14:textId="77777777" w:rsidR="0089231C" w:rsidRPr="00170993" w:rsidRDefault="0089231C" w:rsidP="0089231C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Автобиография (CV европейски формат);</w:t>
      </w:r>
    </w:p>
    <w:p w14:paraId="3A0F87BD" w14:textId="77777777" w:rsidR="0089231C" w:rsidRPr="00170993" w:rsidRDefault="0089231C" w:rsidP="0089231C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Копие на диплома за висше образование;</w:t>
      </w:r>
    </w:p>
    <w:p w14:paraId="00D730AF" w14:textId="77777777" w:rsidR="0089231C" w:rsidRPr="00170993" w:rsidRDefault="0089231C" w:rsidP="0089231C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Копие на трудова книжка за доказване на професионален опит.</w:t>
      </w:r>
    </w:p>
    <w:p w14:paraId="5A7366F0" w14:textId="77777777" w:rsidR="0089231C" w:rsidRPr="00170993" w:rsidRDefault="0089231C" w:rsidP="0089231C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Допълнителни сертификати по преценка на кандидата.</w:t>
      </w:r>
    </w:p>
    <w:p w14:paraId="1840FC54" w14:textId="77777777" w:rsidR="0089231C" w:rsidRPr="00170993" w:rsidRDefault="0089231C" w:rsidP="0089231C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Други по преценка на кандидата.</w:t>
      </w:r>
    </w:p>
    <w:p w14:paraId="101CDA1E" w14:textId="194C21EB" w:rsidR="0089231C" w:rsidRPr="00444F43" w:rsidRDefault="0089231C" w:rsidP="0089231C">
      <w:pPr>
        <w:rPr>
          <w:lang w:val="bg-BG"/>
        </w:rPr>
      </w:pPr>
      <w:r w:rsidRPr="00170993">
        <w:rPr>
          <w:b/>
          <w:bCs/>
          <w:lang w:val="bg-BG"/>
        </w:rPr>
        <w:t>Документи се приемат</w:t>
      </w:r>
      <w:r w:rsidRPr="00170993">
        <w:rPr>
          <w:lang w:val="bg-BG"/>
        </w:rPr>
        <w:t xml:space="preserve"> </w:t>
      </w:r>
      <w:r w:rsidRPr="00170993">
        <w:rPr>
          <w:b/>
          <w:bCs/>
          <w:lang w:val="bg-BG"/>
        </w:rPr>
        <w:t xml:space="preserve">от </w:t>
      </w:r>
      <w:r w:rsidR="004B3097">
        <w:rPr>
          <w:lang w:val="bg-BG"/>
        </w:rPr>
        <w:t>17.05.</w:t>
      </w:r>
      <w:r w:rsidRPr="00170993">
        <w:rPr>
          <w:lang w:val="bg-BG"/>
        </w:rPr>
        <w:t xml:space="preserve">2025 г. до </w:t>
      </w:r>
      <w:r w:rsidR="004B3097">
        <w:rPr>
          <w:lang w:val="bg-BG"/>
        </w:rPr>
        <w:t>25.05.</w:t>
      </w:r>
      <w:r w:rsidRPr="00170993">
        <w:rPr>
          <w:lang w:val="bg-BG"/>
        </w:rPr>
        <w:t xml:space="preserve">2025 г. всеки работен ден от 10.00 до 17.00 часа на имейл адрес: </w:t>
      </w:r>
      <w:hyperlink r:id="rId8" w:history="1">
        <w:r w:rsidRPr="00A0335A">
          <w:rPr>
            <w:rStyle w:val="Hyperlink"/>
            <w:lang w:val="bg-BG"/>
          </w:rPr>
          <w:t>mnaydenov@prodesign.bg</w:t>
        </w:r>
      </w:hyperlink>
      <w:r>
        <w:rPr>
          <w:lang w:val="bg-BG"/>
        </w:rPr>
        <w:t xml:space="preserve"> </w:t>
      </w:r>
    </w:p>
    <w:bookmarkEnd w:id="1"/>
    <w:p w14:paraId="686E706C" w14:textId="77777777" w:rsidR="0089231C" w:rsidRPr="0089231C" w:rsidRDefault="0089231C">
      <w:pPr>
        <w:rPr>
          <w:lang w:val="bg-BG"/>
        </w:rPr>
      </w:pPr>
    </w:p>
    <w:sectPr w:rsidR="0089231C" w:rsidRPr="0089231C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3FE14" w14:textId="77777777" w:rsidR="000B3AF8" w:rsidRDefault="000B3AF8" w:rsidP="0089231C">
      <w:pPr>
        <w:spacing w:after="0" w:line="240" w:lineRule="auto"/>
      </w:pPr>
      <w:r>
        <w:separator/>
      </w:r>
    </w:p>
  </w:endnote>
  <w:endnote w:type="continuationSeparator" w:id="0">
    <w:p w14:paraId="7B02C560" w14:textId="77777777" w:rsidR="000B3AF8" w:rsidRDefault="000B3AF8" w:rsidP="00892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66B60" w14:textId="77777777" w:rsidR="000B3AF8" w:rsidRDefault="000B3AF8" w:rsidP="0089231C">
      <w:pPr>
        <w:spacing w:after="0" w:line="240" w:lineRule="auto"/>
      </w:pPr>
      <w:r>
        <w:separator/>
      </w:r>
    </w:p>
  </w:footnote>
  <w:footnote w:type="continuationSeparator" w:id="0">
    <w:p w14:paraId="133EA03D" w14:textId="77777777" w:rsidR="000B3AF8" w:rsidRDefault="000B3AF8" w:rsidP="00892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A07F7" w14:textId="30FFCD47" w:rsidR="0089231C" w:rsidRPr="0089231C" w:rsidRDefault="0089231C" w:rsidP="0089231C">
    <w:pPr>
      <w:tabs>
        <w:tab w:val="center" w:pos="4536"/>
        <w:tab w:val="right" w:pos="9072"/>
      </w:tabs>
      <w:rPr>
        <w:lang w:val="bg-BG"/>
      </w:rPr>
    </w:pPr>
    <w:bookmarkStart w:id="2" w:name="_Hlk199852837"/>
    <w:bookmarkStart w:id="3" w:name="_Hlk199852838"/>
    <w:r>
      <w:rPr>
        <w:noProof/>
      </w:rPr>
      <w:drawing>
        <wp:anchor distT="0" distB="0" distL="114300" distR="114300" simplePos="0" relativeHeight="251659264" behindDoc="1" locked="0" layoutInCell="1" allowOverlap="1" wp14:anchorId="3BD3246D" wp14:editId="2E293F9E">
          <wp:simplePos x="0" y="0"/>
          <wp:positionH relativeFrom="column">
            <wp:posOffset>3270885</wp:posOffset>
          </wp:positionH>
          <wp:positionV relativeFrom="paragraph">
            <wp:posOffset>-133350</wp:posOffset>
          </wp:positionV>
          <wp:extent cx="2343150" cy="914400"/>
          <wp:effectExtent l="0" t="0" r="0" b="0"/>
          <wp:wrapTight wrapText="bothSides">
            <wp:wrapPolygon edited="0">
              <wp:start x="0" y="0"/>
              <wp:lineTo x="0" y="21150"/>
              <wp:lineTo x="21424" y="21150"/>
              <wp:lineTo x="21424" y="0"/>
              <wp:lineTo x="0" y="0"/>
            </wp:wrapPolygon>
          </wp:wrapTight>
          <wp:docPr id="2008179000" name="Picture 3" descr="A colorful logo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179000" name="Picture 3" descr="A colorful logo with black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bg-BG"/>
      </w:rPr>
      <w:drawing>
        <wp:inline distT="0" distB="0" distL="0" distR="0" wp14:anchorId="7F7A57F4" wp14:editId="138D1764">
          <wp:extent cx="3291840" cy="693420"/>
          <wp:effectExtent l="0" t="0" r="3810" b="0"/>
          <wp:docPr id="973172075" name="Picture 1" descr="Blu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172075" name="Picture 1" descr="Blue text on a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84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DCB15D6"/>
    <w:multiLevelType w:val="multilevel"/>
    <w:tmpl w:val="D6C8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9321918">
    <w:abstractNumId w:val="8"/>
  </w:num>
  <w:num w:numId="2" w16cid:durableId="1881553314">
    <w:abstractNumId w:val="6"/>
  </w:num>
  <w:num w:numId="3" w16cid:durableId="918753387">
    <w:abstractNumId w:val="5"/>
  </w:num>
  <w:num w:numId="4" w16cid:durableId="474027424">
    <w:abstractNumId w:val="4"/>
  </w:num>
  <w:num w:numId="5" w16cid:durableId="1556431752">
    <w:abstractNumId w:val="7"/>
  </w:num>
  <w:num w:numId="6" w16cid:durableId="410201955">
    <w:abstractNumId w:val="3"/>
  </w:num>
  <w:num w:numId="7" w16cid:durableId="1389760563">
    <w:abstractNumId w:val="2"/>
  </w:num>
  <w:num w:numId="8" w16cid:durableId="820195554">
    <w:abstractNumId w:val="1"/>
  </w:num>
  <w:num w:numId="9" w16cid:durableId="379209049">
    <w:abstractNumId w:val="0"/>
  </w:num>
  <w:num w:numId="10" w16cid:durableId="7844679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B3AF8"/>
    <w:rsid w:val="000E21BE"/>
    <w:rsid w:val="0014031A"/>
    <w:rsid w:val="0015074B"/>
    <w:rsid w:val="001711D5"/>
    <w:rsid w:val="00192FD2"/>
    <w:rsid w:val="0029639D"/>
    <w:rsid w:val="00326F90"/>
    <w:rsid w:val="003F3AEB"/>
    <w:rsid w:val="003F490B"/>
    <w:rsid w:val="004B3097"/>
    <w:rsid w:val="00581ACC"/>
    <w:rsid w:val="00622EA6"/>
    <w:rsid w:val="00755603"/>
    <w:rsid w:val="00784F5A"/>
    <w:rsid w:val="0089231C"/>
    <w:rsid w:val="008B0860"/>
    <w:rsid w:val="009A23B5"/>
    <w:rsid w:val="00AA1D8D"/>
    <w:rsid w:val="00AE641A"/>
    <w:rsid w:val="00B47730"/>
    <w:rsid w:val="00B7519F"/>
    <w:rsid w:val="00CB0664"/>
    <w:rsid w:val="00EF2339"/>
    <w:rsid w:val="00FC693F"/>
    <w:rsid w:val="00FD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062061"/>
  <w14:defaultImageDpi w14:val="300"/>
  <w15:docId w15:val="{3AE66B0D-D803-48D0-BCAE-F0F15A05E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8923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2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naydenov@prodesign.b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Sonya Chongova (Prodesign.)</cp:lastModifiedBy>
  <cp:revision>12</cp:revision>
  <dcterms:created xsi:type="dcterms:W3CDTF">2013-12-23T23:15:00Z</dcterms:created>
  <dcterms:modified xsi:type="dcterms:W3CDTF">2025-06-20T07:11:00Z</dcterms:modified>
  <cp:category/>
</cp:coreProperties>
</file>